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A47D5"/>
          <w:sz w:val="40"/>
        </w:rPr>
        <w:t>Exit survey</w:t>
      </w:r>
    </w:p>
    <w:p>
      <w:r>
        <w:rPr>
          <w:b w:val="0"/>
          <w:color w:val="555555"/>
          <w:sz w:val="22"/>
        </w:rPr>
        <w:t>For people leaving the organization. Send it in the last week, or shortly after the last day.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Your answers help us improve for the people who stay. They are reported only in groups of 5 or more and are not shared with your manager as individual answers. It takes about 10 minutes.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Reasons for leaving</w:t>
      </w:r>
    </w:p>
    <w:p>
      <w:pPr>
        <w:spacing w:before="120"/>
      </w:pPr>
      <w:r>
        <w:rPr>
          <w:b/>
          <w:sz w:val="22"/>
        </w:rPr>
        <w:t>What is the main reason you decided to leave?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When did you first start thinking about leaving?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Was there a specific event that made you decide?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What did you hope to find in a new role that you did not have here?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Did you raise any concerns before deciding to leave? What happened?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What could we have done to keep you?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3A47D5"/>
          <w:sz w:val="27"/>
        </w:rPr>
        <w:t>Role and workload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My job matched what I was told it would be when I was hired.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My workload was manageable.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I had the tools and resources to do my job well.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My role used my skills and strengths.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My responsibilities were clear.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Manager and team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My manager gave me clear direction.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My manager recognized my contributions.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I could raise problems with my manager openly.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I worked well with my team.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I would be happy to work for my manager again.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Growth and pay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I had opportunities to learn and grow.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I understood how I could progress here.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My pay was fair for my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My benefits met my needs.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I received regular feedback on my performance.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Culture and values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I felt respected at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The organization's values were reflected in how people behaved.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I felt able to be myself at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Senior leaders were honest with employees.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Leaving and returning</w:t>
      </w:r>
    </w:p>
    <w:p>
      <w:pPr>
        <w:spacing w:before="120"/>
      </w:pPr>
      <w:r>
        <w:rPr>
          <w:b/>
          <w:sz w:val="22"/>
        </w:rPr>
        <w:t>How would you describe your overall experience working here?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What did you enjoy most about working here?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What should we change for the people who stay?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Would you recommend this organization to a friend as a place to work? Why or why not?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Would you consider returning in the future? What would need to change?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employeesurveyquestions.com/free-downloads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employeesurveyquestions.com/free-downloads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survey</dc:title>
  <dc:subject/>
  <dc:creator>thrive at work</dc:creator>
  <cp:keywords/>
  <dc:description>Free template from employeesurveyquestions.com/free-downloads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