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47D5"/>
          <w:sz w:val="40"/>
        </w:rPr>
        <w:t>Employee survey</w:t>
      </w:r>
    </w:p>
    <w:p>
      <w:r>
        <w:rPr>
          <w:b w:val="0"/>
          <w:color w:val="555555"/>
          <w:sz w:val="22"/>
        </w:rPr>
        <w:t>Annual survey, 25 statements plus open questions.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This survey is anonymous. Results are reported only for groups of 5 or more people, so no single answer can be traced to one person. It takes about [X] minutes. Please answer by [date].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Your experience at work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I understand what is expected of me in my role.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I have the tools and information I need to do my job well.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My workload is manageable most weeks.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I can concentrate on one job for long enough to finish it.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My job uses my skills well.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6. My manager listens when I raise a concern.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7. My manager gives me clear priorities.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8. My manager gives me feedback that helps me improve.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9. I trust the senior leaders of this organization to make good decisions.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10. I get the information I need about changes that affect my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11. I can speak up here without fear of negative consequences.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12. I believe the organization acts on what employees tell it.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13. I have opportunities to learn new skills in this job.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14. I can see a realistic path to grow here.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15. I receive recognition when I do good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16. People are treated fairly here, whatever their background.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17. I feel part of my team.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18. I can be myself at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19. My pay is fair for the work I do.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20. I have enough flexibility in when and where I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21. I am proud to tell people where I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22. I see myself working here in 12 months.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23. I would recommend this organization as a place to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120"/>
      </w:pPr>
      <w:r>
        <w:rPr>
          <w:b/>
          <w:sz w:val="22"/>
        </w:rPr>
        <w:t>What is the one thing that would most improve your working week?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Is there anything else you would like to tell us?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3A47D5"/>
          <w:sz w:val="27"/>
        </w:rPr>
        <w:t>Anything else?</w:t>
      </w:r>
    </w:p>
    <w:p>
      <w:pPr>
        <w:spacing w:before="120"/>
      </w:pPr>
      <w:r>
        <w:rPr>
          <w:b/>
          <w:sz w:val="22"/>
        </w:rPr>
        <w:t>Is there anything else you would like to tell us?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b w:val="0"/>
        </w:rPr>
        <w:t>Thank you for taking part. Results are shared only for groups of 5 or more people.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employeesurveyquestions.com/free-downloads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employeesurveyquestions.com/free-downloads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survey</dc:title>
  <dc:subject/>
  <dc:creator>thrive at work</dc:creator>
  <cp:keywords/>
  <dc:description>Free template from employeesurveyquestions.com/free-downloads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